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זיכרון - התאמת מילים ותמונות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לתמונה/אימוג׳י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זיכרון וריכוז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מילה לאימוג׳י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(🐶)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(☀️)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(🍎)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(🐱)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הקלף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החוק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לשחק לבד או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האימוג׳י מתאר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גם זוג של מילה ואימוג׳י, או שתי מילים זהות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הופכים שני קלפים בכל תור, מנסים לזכור איפה כל קלף, ואם שני הקלפים מתאימים (למשל מילה ואימוג׳י שמתאר אותה) - זה זוג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צרו רשימת זוגות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6 זוגות הגיוניים של מילה ואימוג׳י או תמונה מתאימה, כל זוג ברור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קלפים שמתאימים אחד לשני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כלב-🐶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למצוא זוגות בתורות הבאים בלי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זיכרון אמיתי בכיתה אחרי הדף כדי לתרגל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להתמקד רק בחלקי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כדי לחזק גם שיתוף פעולה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זיכרון - התאמת מילים ותמונות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הזה יש קלפים. צריך למצוא שני קלפים שמתאימים: מילה ותמונה.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קלפים שמתאימים אחד לשני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קֶלֶף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קטן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שני דברים דומים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לזכור איפה כל קלף נמצא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שחקן או קבוצה משחקים בתורם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ניחוש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למצוא קלף בלי לדעת בוודאות איפה הוא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מילה לאימוג׳י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☀️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🐶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🐱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🍎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הקלף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האימוג׳י של המילה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☀️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🐱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האימוג׳י של המילה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🍎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של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של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הזוג של המילה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🐱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נובח בחצר כל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אוכלים את ה__________ האדום בארוחת הבוקר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מאיר את השמיים ביום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גבוה וירוק, וציפורים בונות בו 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זיכרון מחפשים זוגות של קלפים זהים או מתאימים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במשחק זיכרון רק לבד, ואי אפשר בקבוצות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עם האימוג׳י ☀️ מתאים למילה 'שמש'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שורה במשחק חייבים להיות שני אימוג׳ים בלבד בלי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משחקים במשחק זיכרון - מה עושים כדי למצוא זוג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צרו רשימת זוגות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רשימה של 6 זוגות מילה-אימוג׳י חדשים שיכולים להתאים למשחק זיכרון (למשל: ציפור - 🐦)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'זוג' במשחק זיכרון?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ואימוג׳י שמתאימים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צריך לזכור איפה הקלפים נמצאים?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זיכרון - התאמת מילים ותמונות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