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זיכרון - התאמת מילים ותמונות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לתמונה/אימוג׳י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זיכרון וריכוז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מילה לאימוג׳י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(🐶)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(☀️)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(🍎)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הקלף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החוק של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לשחק לבד או בקבוצות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הופכים שני קלפים בכל תור, מנסים לזכור איפה כל קלף, ואם שני הקלפים מתאימים (למשל מילה ואימוג׳י שמתאר אותה) - זה זוג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צרו רשימת זוגות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6 זוגות הגיוניים של מילה ואימוג׳י או תמונה מתאימה, כל זוג ברור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קלפים שמתאימים אחד לשני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כלב-🐶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למצוא זוגות בתורות הבאים בלי לנחש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זיכרון אמיתי בכיתה אחרי הדף כדי לתרגל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להתמקד רק בחלקי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כדי לחזק גם שיתוף פעולה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זיכרון - התאמת מילים ותמונות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זיכרון יש קלפים הפוכים, וצריך למצוא זוגות מתאימים - מילה ואימוג׳י שמתאר אותה. בדף הזה נתרגל את הזוגות ואת חוקי המשחק.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תפוח  ·  כלב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מילה לאימוג׳י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🍎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☀️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🐶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בחרו את הקלף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אימוג׳י מתאים למילה 'ספר'?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אימוג׳י מתאים למילה 'מכונית'?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נובח בחצר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אוכלים את ה__________ האדום בארוחת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זיכרון מחפשים זוגות של קלפים זהים או מתאימים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לשחק במשחק זיכרון רק לבד, ואי אפשר בקבוצות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משחקים במשחק זיכרון - מה עושים כדי למצוא זוג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צרו רשימת זוגות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רשימה של 6 זוגות מילה-אימוג׳י חדשים שיכולים להתאים למשחק זיכרון (למשל: ציפור - 🐦)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'זוג' במשחק 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ואימוג׳י שמתאימים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זיכרון - התאמת מילים ותמונות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